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before="0"/>
      </w:pPr>
      <w:r>
        <w:t>Title Page</w:t>
      </w:r>
    </w:p>
    <w:p>
      <w:pPr>
        <w:pStyle w:val="Subtitle"/>
      </w:pPr>
      <w:r>
        <w:t>Journal of Integrated Economic and Community Partnerships (JIECoP) · Community Engagement Article</w:t>
      </w:r>
    </w:p>
    <w:p>
      <w:pPr>
        <w:pStyle w:val="NoteBox"/>
        <w:shd w:val="clear" w:color="auto" w:fill="E3F0F0"/>
        <w:pBdr>
          <w:top w:val="single" w:sz="4" w:space="4" w:color="E3F0F0"/>
          <w:left w:val="single" w:sz="18" w:space="4" w:color="2F8F91"/>
        </w:pBdr>
        <w:spacing w:before="60" w:after="20"/>
      </w:pPr>
      <w:r>
        <w:rPr>
          <w:b/>
        </w:rPr>
        <w:t>How to use this file</w:t>
      </w:r>
    </w:p>
    <w:p>
      <w:pPr>
        <w:pStyle w:val="NoteBox"/>
        <w:shd w:val="clear" w:color="auto" w:fill="E3F0F0"/>
        <w:pBdr>
          <w:left w:val="single" w:sz="18" w:space="4" w:color="2F8F91"/>
        </w:pBdr>
        <w:spacing w:before="20" w:after="20"/>
      </w:pPr>
      <w:r>
        <w:rPr>
          <w:b w:val="0"/>
        </w:rPr>
        <w:t>1.  Complete every applicable field below, then delete the italic guidance text and any field that does not apply to your submission.</w:t>
      </w:r>
    </w:p>
    <w:p>
      <w:pPr>
        <w:pStyle w:val="NoteBox"/>
        <w:shd w:val="clear" w:color="auto" w:fill="E3F0F0"/>
        <w:pBdr>
          <w:left w:val="single" w:sz="18" w:space="4" w:color="2F8F91"/>
        </w:pBdr>
        <w:spacing w:before="20" w:after="20"/>
      </w:pPr>
      <w:r>
        <w:rPr>
          <w:b w:val="0"/>
        </w:rPr>
        <w:t>2.  Save this file as a separate document and upload it in the submission system as the “Title Page” supplementary file.</w:t>
      </w:r>
    </w:p>
    <w:p>
      <w:pPr>
        <w:pStyle w:val="NoteBox"/>
        <w:shd w:val="clear" w:color="auto" w:fill="E3F0F0"/>
        <w:pBdr>
          <w:left w:val="single" w:sz="18" w:space="4" w:color="2F8F91"/>
        </w:pBdr>
        <w:spacing w:before="20" w:after="20"/>
      </w:pPr>
      <w:r>
        <w:rPr>
          <w:b w:val="0"/>
        </w:rPr>
        <w:t>3.  Do NOT copy any part of this page into the blinded manuscript. JIECoP operates a double-blind peer review process, and reviewers must not be able to identify the authors.</w:t>
      </w:r>
    </w:p>
    <w:p>
      <w:pPr>
        <w:pStyle w:val="NoteBox"/>
        <w:shd w:val="clear" w:color="auto" w:fill="E3F0F0"/>
        <w:pBdr>
          <w:left w:val="single" w:sz="18" w:space="4" w:color="2F8F91"/>
          <w:bottom w:val="single" w:sz="4" w:space="4" w:color="E3F0F0"/>
        </w:pBdr>
        <w:spacing w:before="20" w:after="60"/>
      </w:pPr>
      <w:r>
        <w:rPr>
          <w:b w:val="0"/>
        </w:rPr>
        <w:t>4.  Before uploading, check the document properties of BOTH files (File › Info › Inspect Document) and remove any personal information stored in the metadata.</w:t>
      </w:r>
    </w:p>
    <w:p>
      <w:pPr>
        <w:pStyle w:val="Heading1"/>
      </w:pPr>
      <w:r>
        <w:t>Manuscript Title</w:t>
      </w:r>
    </w:p>
    <w:p>
      <w:pPr>
        <w:pStyle w:val="Guidance"/>
      </w:pPr>
      <w:r>
        <w:t>Maximum 15 words. State the activity, the partner or target group, and the main substance of the programme. Avoid unnecessary acronyms. The title here must be identical to the title in the blinded manuscript.</w:t>
      </w:r>
    </w:p>
    <w:p>
      <w:pPr>
        <w:pStyle w:val="Placeholder"/>
      </w:pPr>
      <w:r>
        <w:t>[Type the full manuscript title here]</w:t>
      </w:r>
    </w:p>
    <w:p>
      <w:pPr>
        <w:pStyle w:val="FieldLabel"/>
      </w:pPr>
      <w:r>
        <w:t>Running title (optional, maximum 8 words)</w:t>
      </w:r>
    </w:p>
    <w:p>
      <w:pPr>
        <w:pStyle w:val="Placeholder"/>
      </w:pPr>
      <w:r>
        <w:t>[Type a short running title here]</w:t>
      </w:r>
    </w:p>
    <w:p>
      <w:pPr>
        <w:pStyle w:val="Heading1"/>
      </w:pPr>
      <w:r>
        <w:t>Author Information</w:t>
      </w:r>
    </w:p>
    <w:p>
      <w:pPr>
        <w:pStyle w:val="Guidance"/>
      </w:pPr>
      <w:r>
        <w:t>List every author in the order agreed by the author team. Use each author’s full name as it should appear in the published article. Add or delete rows as needed. Give the complete affiliation: department or unit, institution, city, and country. ORCID iD is optional but strongly recommended.</w:t>
      </w:r>
    </w:p>
    <w:tbl>
      <w:tblPr>
        <w:tblW w:type="auto" w:w="0"/>
        <w:tblLook w:firstColumn="1" w:firstRow="1" w:lastColumn="0" w:lastRow="0" w:noHBand="0" w:noVBand="1" w:val="04A0"/>
        <w:jc w:val="left"/>
        <w:tblBorders>
          <w:top w:val="single" w:sz="12" w:space="0" w:color="2F8F91"/>
          <w:bottom w:val="single" w:sz="12" w:space="0" w:color="2F8F91"/>
          <w:left w:val="none" w:sz="0" w:space="0" w:color="auto"/>
          <w:right w:val="none" w:sz="0" w:space="0" w:color="auto"/>
          <w:insideH w:val="single" w:sz="4" w:space="0" w:color="BFBFBF"/>
          <w:insideV w:val="none" w:sz="0" w:space="0" w:color="auto"/>
        </w:tblBorders>
        <w:tblLayout w:type="fixed"/>
        <w:tblW w:w="9072" w:type="dxa"/>
      </w:tblPr>
      <w:tblGrid>
        <w:gridCol w:w="510"/>
        <w:gridCol w:w="2325"/>
        <w:gridCol w:w="2892"/>
        <w:gridCol w:w="1644"/>
        <w:gridCol w:w="1701"/>
      </w:tblGrid>
      <w:tr>
        <w:trPr>
          <w:tblHeader w:val="true"/>
          <w:cantSplit w:val="true"/>
        </w:trPr>
        <w:tc>
          <w:tcPr>
            <w:tcW w:type="dxa" w:w="510"/>
            <w:vAlign w:val="center"/>
            <w:shd w:val="clear" w:color="auto" w:fill="E3F0F0"/>
            <w:tcBorders>
              <w:bottom w:val="single" w:sz="8" w:space="0" w:color="2F8F91"/>
            </w:tcBorders>
          </w:tcPr>
          <w:p>
            <w:pPr>
              <w:pStyle w:val="TableHeading"/>
            </w:pPr>
            <w:r/>
            <w:r>
              <w:t>No.</w:t>
            </w:r>
          </w:p>
        </w:tc>
        <w:tc>
          <w:tcPr>
            <w:tcW w:type="dxa" w:w="2324"/>
            <w:vAlign w:val="center"/>
            <w:shd w:val="clear" w:color="auto" w:fill="E3F0F0"/>
            <w:tcBorders>
              <w:bottom w:val="single" w:sz="8" w:space="0" w:color="2F8F91"/>
            </w:tcBorders>
          </w:tcPr>
          <w:p>
            <w:pPr>
              <w:pStyle w:val="TableHeading"/>
            </w:pPr>
            <w:r/>
            <w:r>
              <w:t>Full name (as it should be published)</w:t>
            </w:r>
          </w:p>
        </w:tc>
        <w:tc>
          <w:tcPr>
            <w:tcW w:type="dxa" w:w="2891"/>
            <w:vAlign w:val="center"/>
            <w:shd w:val="clear" w:color="auto" w:fill="E3F0F0"/>
            <w:tcBorders>
              <w:bottom w:val="single" w:sz="8" w:space="0" w:color="2F8F91"/>
            </w:tcBorders>
          </w:tcPr>
          <w:p>
            <w:pPr>
              <w:pStyle w:val="TableHeading"/>
            </w:pPr>
            <w:r/>
            <w:r>
              <w:t>Affiliation — department, institution, city, country</w:t>
            </w:r>
          </w:p>
        </w:tc>
        <w:tc>
          <w:tcPr>
            <w:tcW w:type="dxa" w:w="1644"/>
            <w:vAlign w:val="center"/>
            <w:shd w:val="clear" w:color="auto" w:fill="E3F0F0"/>
            <w:tcBorders>
              <w:bottom w:val="single" w:sz="8" w:space="0" w:color="2F8F91"/>
            </w:tcBorders>
          </w:tcPr>
          <w:p>
            <w:pPr>
              <w:pStyle w:val="TableHeading"/>
            </w:pPr>
            <w:r/>
            <w:r>
              <w:t>ORCID iD</w:t>
            </w:r>
          </w:p>
        </w:tc>
        <w:tc>
          <w:tcPr>
            <w:tcW w:type="dxa" w:w="1701"/>
            <w:vAlign w:val="center"/>
            <w:shd w:val="clear" w:color="auto" w:fill="E3F0F0"/>
            <w:tcBorders>
              <w:bottom w:val="single" w:sz="8" w:space="0" w:color="2F8F91"/>
            </w:tcBorders>
          </w:tcPr>
          <w:p>
            <w:pPr>
              <w:pStyle w:val="TableHeading"/>
            </w:pPr>
            <w:r/>
            <w:r>
              <w:t>Institutional email</w:t>
            </w:r>
          </w:p>
        </w:tc>
      </w:tr>
      <w:tr>
        <w:trPr>
          <w:cantSplit w:val="true"/>
        </w:trPr>
        <w:tc>
          <w:tcPr>
            <w:tcW w:type="dxa" w:w="510"/>
            <w:vAlign w:val="center"/>
          </w:tcPr>
          <w:p>
            <w:pPr>
              <w:pStyle w:val="TableText"/>
            </w:pPr>
            <w:r/>
            <w:r>
              <w:t>1</w:t>
            </w:r>
          </w:p>
        </w:tc>
        <w:tc>
          <w:tcPr>
            <w:tcW w:type="dxa" w:w="2324"/>
            <w:vAlign w:val="center"/>
          </w:tcPr>
          <w:p>
            <w:pPr>
              <w:pStyle w:val="TableText"/>
            </w:pPr>
            <w:r/>
            <w:r>
              <w:t>[Author 1 full name]</w:t>
            </w:r>
          </w:p>
        </w:tc>
        <w:tc>
          <w:tcPr>
            <w:tcW w:type="dxa" w:w="2891"/>
            <w:vAlign w:val="center"/>
          </w:tcPr>
          <w:p>
            <w:pPr>
              <w:pStyle w:val="TableText"/>
            </w:pPr>
            <w:r/>
            <w:r>
              <w:t>[Department, Institution, City, Country]</w:t>
            </w:r>
          </w:p>
        </w:tc>
        <w:tc>
          <w:tcPr>
            <w:tcW w:type="dxa" w:w="1644"/>
            <w:vAlign w:val="center"/>
          </w:tcPr>
          <w:p>
            <w:pPr>
              <w:pStyle w:val="TableText"/>
            </w:pPr>
            <w:r/>
            <w:r>
              <w:t>[0000-0000-0000-0000]</w:t>
            </w:r>
          </w:p>
        </w:tc>
        <w:tc>
          <w:tcPr>
            <w:tcW w:type="dxa" w:w="1701"/>
            <w:vAlign w:val="center"/>
          </w:tcPr>
          <w:p>
            <w:pPr>
              <w:pStyle w:val="TableText"/>
            </w:pPr>
            <w:r/>
            <w:r>
              <w:t>[name@institution.ac.id]</w:t>
            </w:r>
          </w:p>
        </w:tc>
      </w:tr>
      <w:tr>
        <w:trPr>
          <w:cantSplit w:val="true"/>
        </w:trPr>
        <w:tc>
          <w:tcPr>
            <w:tcW w:type="dxa" w:w="510"/>
            <w:vAlign w:val="center"/>
          </w:tcPr>
          <w:p>
            <w:pPr>
              <w:pStyle w:val="TableText"/>
            </w:pPr>
            <w:r/>
            <w:r>
              <w:t>2</w:t>
            </w:r>
          </w:p>
        </w:tc>
        <w:tc>
          <w:tcPr>
            <w:tcW w:type="dxa" w:w="2324"/>
            <w:vAlign w:val="center"/>
          </w:tcPr>
          <w:p>
            <w:pPr>
              <w:pStyle w:val="TableText"/>
            </w:pPr>
            <w:r/>
            <w:r>
              <w:t>[Author 2 full name]</w:t>
            </w:r>
          </w:p>
        </w:tc>
        <w:tc>
          <w:tcPr>
            <w:tcW w:type="dxa" w:w="2891"/>
            <w:vAlign w:val="center"/>
          </w:tcPr>
          <w:p>
            <w:pPr>
              <w:pStyle w:val="TableText"/>
            </w:pPr>
            <w:r/>
            <w:r>
              <w:t>[Department, Institution, City, Country]</w:t>
            </w:r>
          </w:p>
        </w:tc>
        <w:tc>
          <w:tcPr>
            <w:tcW w:type="dxa" w:w="1644"/>
            <w:vAlign w:val="center"/>
          </w:tcPr>
          <w:p>
            <w:pPr>
              <w:pStyle w:val="TableText"/>
            </w:pPr>
            <w:r/>
            <w:r>
              <w:t>[0000-0000-0000-0000]</w:t>
            </w:r>
          </w:p>
        </w:tc>
        <w:tc>
          <w:tcPr>
            <w:tcW w:type="dxa" w:w="1701"/>
            <w:vAlign w:val="center"/>
          </w:tcPr>
          <w:p>
            <w:pPr>
              <w:pStyle w:val="TableText"/>
            </w:pPr>
            <w:r/>
            <w:r>
              <w:t>[name@institution.ac.id]</w:t>
            </w:r>
          </w:p>
        </w:tc>
      </w:tr>
      <w:tr>
        <w:trPr>
          <w:cantSplit w:val="true"/>
        </w:trPr>
        <w:tc>
          <w:tcPr>
            <w:tcW w:type="dxa" w:w="510"/>
            <w:vAlign w:val="center"/>
          </w:tcPr>
          <w:p>
            <w:pPr>
              <w:pStyle w:val="TableText"/>
            </w:pPr>
            <w:r/>
            <w:r>
              <w:t>3</w:t>
            </w:r>
          </w:p>
        </w:tc>
        <w:tc>
          <w:tcPr>
            <w:tcW w:type="dxa" w:w="2324"/>
            <w:vAlign w:val="center"/>
          </w:tcPr>
          <w:p>
            <w:pPr>
              <w:pStyle w:val="TableText"/>
            </w:pPr>
            <w:r/>
            <w:r>
              <w:t>[Author 3 full name]</w:t>
            </w:r>
          </w:p>
        </w:tc>
        <w:tc>
          <w:tcPr>
            <w:tcW w:type="dxa" w:w="2891"/>
            <w:vAlign w:val="center"/>
          </w:tcPr>
          <w:p>
            <w:pPr>
              <w:pStyle w:val="TableText"/>
            </w:pPr>
            <w:r/>
            <w:r>
              <w:t>[Department, Institution, City, Country]</w:t>
            </w:r>
          </w:p>
        </w:tc>
        <w:tc>
          <w:tcPr>
            <w:tcW w:type="dxa" w:w="1644"/>
            <w:vAlign w:val="center"/>
          </w:tcPr>
          <w:p>
            <w:pPr>
              <w:pStyle w:val="TableText"/>
            </w:pPr>
            <w:r/>
            <w:r>
              <w:t>[0000-0000-0000-0000]</w:t>
            </w:r>
          </w:p>
        </w:tc>
        <w:tc>
          <w:tcPr>
            <w:tcW w:type="dxa" w:w="1701"/>
            <w:vAlign w:val="center"/>
          </w:tcPr>
          <w:p>
            <w:pPr>
              <w:pStyle w:val="TableText"/>
            </w:pPr>
            <w:r/>
            <w:r>
              <w:t>[name@institution.ac.id]</w:t>
            </w:r>
          </w:p>
        </w:tc>
      </w:tr>
      <w:tr>
        <w:trPr>
          <w:cantSplit w:val="true"/>
        </w:trPr>
        <w:tc>
          <w:tcPr>
            <w:tcW w:type="dxa" w:w="510"/>
            <w:vAlign w:val="center"/>
          </w:tcPr>
          <w:p>
            <w:pPr>
              <w:pStyle w:val="TableText"/>
            </w:pPr>
            <w:r/>
            <w:r>
              <w:t>4</w:t>
            </w:r>
          </w:p>
        </w:tc>
        <w:tc>
          <w:tcPr>
            <w:tcW w:type="dxa" w:w="2324"/>
            <w:vAlign w:val="center"/>
          </w:tcPr>
          <w:p>
            <w:pPr>
              <w:pStyle w:val="TableText"/>
            </w:pPr>
            <w:r/>
            <w:r>
              <w:t>[Add or delete rows as required]</w:t>
            </w:r>
          </w:p>
        </w:tc>
        <w:tc>
          <w:tcPr>
            <w:tcW w:type="dxa" w:w="2891"/>
            <w:vAlign w:val="center"/>
          </w:tcPr>
          <w:p>
            <w:pPr>
              <w:pStyle w:val="TableText"/>
            </w:pPr>
            <w:r/>
            <w:r>
              <w:t>[…]</w:t>
            </w:r>
          </w:p>
        </w:tc>
        <w:tc>
          <w:tcPr>
            <w:tcW w:type="dxa" w:w="1644"/>
            <w:vAlign w:val="center"/>
          </w:tcPr>
          <w:p>
            <w:pPr>
              <w:pStyle w:val="TableText"/>
            </w:pPr>
            <w:r/>
            <w:r>
              <w:t>[…]</w:t>
            </w:r>
          </w:p>
        </w:tc>
        <w:tc>
          <w:tcPr>
            <w:tcW w:type="dxa" w:w="1701"/>
            <w:vAlign w:val="center"/>
          </w:tcPr>
          <w:p>
            <w:pPr>
              <w:pStyle w:val="TableText"/>
            </w:pPr>
            <w:r/>
            <w:r>
              <w:t>[…]</w:t>
            </w:r>
          </w:p>
        </w:tc>
      </w:tr>
    </w:tbl>
    <w:p>
      <w:pPr>
        <w:pStyle w:val="Heading1"/>
      </w:pPr>
      <w:r>
        <w:t>Corresponding Author</w:t>
      </w:r>
    </w:p>
    <w:p>
      <w:pPr>
        <w:pStyle w:val="Guidance"/>
      </w:pPr>
      <w:r>
        <w:t>Only one corresponding author is permitted. This author handles all correspondence with the editorial office before and after publication.</w:t>
      </w:r>
    </w:p>
    <w:tbl>
      <w:tblPr>
        <w:tblW w:type="auto" w:w="0"/>
        <w:tblLook w:firstColumn="1" w:firstRow="1" w:lastColumn="0" w:lastRow="0" w:noHBand="0" w:noVBand="1" w:val="04A0"/>
        <w:jc w:val="left"/>
        <w:tblBorders>
          <w:top w:val="single" w:sz="12" w:space="0" w:color="2F8F91"/>
          <w:bottom w:val="single" w:sz="12" w:space="0" w:color="2F8F91"/>
          <w:left w:val="none" w:sz="0" w:space="0" w:color="auto"/>
          <w:right w:val="none" w:sz="0" w:space="0" w:color="auto"/>
          <w:insideH w:val="single" w:sz="4" w:space="0" w:color="BFBFBF"/>
          <w:insideV w:val="none" w:sz="0" w:space="0" w:color="auto"/>
        </w:tblBorders>
        <w:tblLayout w:type="fixed"/>
        <w:tblW w:w="9072" w:type="dxa"/>
      </w:tblPr>
      <w:tblGrid>
        <w:gridCol w:w="2835"/>
        <w:gridCol w:w="6237"/>
      </w:tblGrid>
      <w:tr>
        <w:trPr>
          <w:cantSplit w:val="true"/>
        </w:trPr>
        <w:tc>
          <w:tcPr>
            <w:tcW w:type="dxa" w:w="2835"/>
            <w:vAlign w:val="center"/>
            <w:shd w:val="clear" w:color="auto" w:fill="E3F0F0"/>
          </w:tcPr>
          <w:p>
            <w:pPr>
              <w:pStyle w:val="TableHeading"/>
            </w:pPr>
            <w:r/>
            <w:r>
              <w:t>Full name</w:t>
            </w:r>
          </w:p>
        </w:tc>
        <w:tc>
          <w:tcPr>
            <w:tcW w:type="dxa" w:w="6236"/>
            <w:vAlign w:val="center"/>
          </w:tcPr>
          <w:p>
            <w:pPr>
              <w:pStyle w:val="TableText"/>
            </w:pPr>
            <w:r/>
            <w:r>
              <w:t>[Corresponding author full name]</w:t>
            </w:r>
          </w:p>
        </w:tc>
      </w:tr>
      <w:tr>
        <w:trPr>
          <w:cantSplit w:val="true"/>
        </w:trPr>
        <w:tc>
          <w:tcPr>
            <w:tcW w:type="dxa" w:w="2835"/>
            <w:vAlign w:val="center"/>
            <w:shd w:val="clear" w:color="auto" w:fill="E3F0F0"/>
          </w:tcPr>
          <w:p>
            <w:pPr>
              <w:pStyle w:val="TableHeading"/>
            </w:pPr>
            <w:r/>
            <w:r>
              <w:t>Email address</w:t>
            </w:r>
          </w:p>
        </w:tc>
        <w:tc>
          <w:tcPr>
            <w:tcW w:type="dxa" w:w="6236"/>
            <w:vAlign w:val="center"/>
          </w:tcPr>
          <w:p>
            <w:pPr>
              <w:pStyle w:val="TableText"/>
            </w:pPr>
            <w:r/>
            <w:r>
              <w:t>[corresponding.author@institution.ac.id]</w:t>
            </w:r>
          </w:p>
        </w:tc>
      </w:tr>
      <w:tr>
        <w:trPr>
          <w:cantSplit w:val="true"/>
        </w:trPr>
        <w:tc>
          <w:tcPr>
            <w:tcW w:type="dxa" w:w="2835"/>
            <w:vAlign w:val="center"/>
            <w:shd w:val="clear" w:color="auto" w:fill="E3F0F0"/>
          </w:tcPr>
          <w:p>
            <w:pPr>
              <w:pStyle w:val="TableHeading"/>
            </w:pPr>
            <w:r/>
            <w:r>
              <w:t>Full postal address</w:t>
            </w:r>
          </w:p>
        </w:tc>
        <w:tc>
          <w:tcPr>
            <w:tcW w:type="dxa" w:w="6236"/>
            <w:vAlign w:val="center"/>
          </w:tcPr>
          <w:p>
            <w:pPr>
              <w:pStyle w:val="TableText"/>
            </w:pPr>
            <w:r/>
            <w:r>
              <w:t>[Department / unit, institution, street address, city, province, postal code, country]</w:t>
            </w:r>
          </w:p>
        </w:tc>
      </w:tr>
      <w:tr>
        <w:trPr>
          <w:cantSplit w:val="true"/>
        </w:trPr>
        <w:tc>
          <w:tcPr>
            <w:tcW w:type="dxa" w:w="2835"/>
            <w:vAlign w:val="center"/>
            <w:shd w:val="clear" w:color="auto" w:fill="E3F0F0"/>
          </w:tcPr>
          <w:p>
            <w:pPr>
              <w:pStyle w:val="TableHeading"/>
            </w:pPr>
            <w:r/>
            <w:r>
              <w:t>Telephone number (optional)</w:t>
            </w:r>
          </w:p>
        </w:tc>
        <w:tc>
          <w:tcPr>
            <w:tcW w:type="dxa" w:w="6236"/>
            <w:vAlign w:val="center"/>
          </w:tcPr>
          <w:p>
            <w:pPr>
              <w:pStyle w:val="TableText"/>
            </w:pPr>
            <w:r/>
            <w:r>
              <w:t>[+62 …]</w:t>
            </w:r>
          </w:p>
        </w:tc>
      </w:tr>
      <w:tr>
        <w:trPr>
          <w:cantSplit w:val="true"/>
        </w:trPr>
        <w:tc>
          <w:tcPr>
            <w:tcW w:type="dxa" w:w="2835"/>
            <w:vAlign w:val="center"/>
            <w:shd w:val="clear" w:color="auto" w:fill="E3F0F0"/>
          </w:tcPr>
          <w:p>
            <w:pPr>
              <w:pStyle w:val="TableHeading"/>
            </w:pPr>
            <w:r/>
            <w:r>
              <w:t>ORCID iD (optional)</w:t>
            </w:r>
          </w:p>
        </w:tc>
        <w:tc>
          <w:tcPr>
            <w:tcW w:type="dxa" w:w="6236"/>
            <w:vAlign w:val="center"/>
          </w:tcPr>
          <w:p>
            <w:pPr>
              <w:pStyle w:val="TableText"/>
            </w:pPr>
            <w:r/>
            <w:r>
              <w:t>[0000-0000-0000-0000]</w:t>
            </w:r>
          </w:p>
        </w:tc>
      </w:tr>
    </w:tbl>
    <w:p>
      <w:pPr>
        <w:pStyle w:val="Heading1"/>
      </w:pPr>
      <w:r>
        <w:t>Author Contributions (CRediT Taxonomy)</w:t>
      </w:r>
    </w:p>
    <w:p>
      <w:pPr>
        <w:pStyle w:val="Guidance"/>
      </w:pPr>
      <w:r>
        <w:t>Assign contributions using the CRediT taxonomy. Write the initials or the full name of each contributing author next to every role that applies, and delete the roles that do not apply to this article. Every listed author must have made a substantive contribution to at least one role.</w:t>
      </w:r>
    </w:p>
    <w:tbl>
      <w:tblPr>
        <w:tblW w:type="auto" w:w="0"/>
        <w:tblLook w:firstColumn="1" w:firstRow="1" w:lastColumn="0" w:lastRow="0" w:noHBand="0" w:noVBand="1" w:val="04A0"/>
        <w:jc w:val="left"/>
        <w:tblBorders>
          <w:top w:val="single" w:sz="12" w:space="0" w:color="2F8F91"/>
          <w:bottom w:val="single" w:sz="12" w:space="0" w:color="2F8F91"/>
          <w:left w:val="none" w:sz="0" w:space="0" w:color="auto"/>
          <w:right w:val="none" w:sz="0" w:space="0" w:color="auto"/>
          <w:insideH w:val="single" w:sz="4" w:space="0" w:color="BFBFBF"/>
          <w:insideV w:val="none" w:sz="0" w:space="0" w:color="auto"/>
        </w:tblBorders>
        <w:tblLayout w:type="fixed"/>
        <w:tblW w:w="9072" w:type="dxa"/>
      </w:tblPr>
      <w:tblGrid>
        <w:gridCol w:w="3969"/>
        <w:gridCol w:w="5103"/>
      </w:tblGrid>
      <w:tr>
        <w:trPr>
          <w:tblHeader w:val="true"/>
          <w:cantSplit w:val="true"/>
        </w:trPr>
        <w:tc>
          <w:tcPr>
            <w:tcW w:type="dxa" w:w="3969"/>
            <w:vAlign w:val="center"/>
            <w:shd w:val="clear" w:color="auto" w:fill="E3F0F0"/>
            <w:tcBorders>
              <w:bottom w:val="single" w:sz="8" w:space="0" w:color="2F8F91"/>
            </w:tcBorders>
          </w:tcPr>
          <w:p>
            <w:pPr>
              <w:pStyle w:val="TableHeading"/>
            </w:pPr>
            <w:r/>
            <w:r>
              <w:t>CRediT role</w:t>
            </w:r>
          </w:p>
        </w:tc>
        <w:tc>
          <w:tcPr>
            <w:tcW w:type="dxa" w:w="5102"/>
            <w:vAlign w:val="center"/>
            <w:shd w:val="clear" w:color="auto" w:fill="E3F0F0"/>
            <w:tcBorders>
              <w:bottom w:val="single" w:sz="8" w:space="0" w:color="2F8F91"/>
            </w:tcBorders>
          </w:tcPr>
          <w:p>
            <w:pPr>
              <w:pStyle w:val="TableHeading"/>
            </w:pPr>
            <w:r/>
            <w:r>
              <w:t>Contributing author(s)</w:t>
            </w:r>
          </w:p>
        </w:tc>
      </w:tr>
      <w:tr>
        <w:trPr>
          <w:cantSplit w:val="true"/>
        </w:trPr>
        <w:tc>
          <w:tcPr>
            <w:tcW w:type="dxa" w:w="3969"/>
            <w:vAlign w:val="center"/>
          </w:tcPr>
          <w:p>
            <w:pPr>
              <w:pStyle w:val="TableText"/>
            </w:pPr>
            <w:r/>
            <w:r>
              <w:t>Conceptualization</w:t>
            </w:r>
          </w:p>
        </w:tc>
        <w:tc>
          <w:tcPr>
            <w:tcW w:type="dxa" w:w="5102"/>
            <w:vAlign w:val="center"/>
          </w:tcPr>
          <w:p>
            <w:pPr>
              <w:pStyle w:val="TableText"/>
            </w:pPr>
            <w:r/>
            <w:r>
              <w:t>[Author initials]</w:t>
            </w:r>
          </w:p>
        </w:tc>
      </w:tr>
      <w:tr>
        <w:trPr>
          <w:cantSplit w:val="true"/>
        </w:trPr>
        <w:tc>
          <w:tcPr>
            <w:tcW w:type="dxa" w:w="3969"/>
            <w:vAlign w:val="center"/>
          </w:tcPr>
          <w:p>
            <w:pPr>
              <w:pStyle w:val="TableText"/>
            </w:pPr>
            <w:r/>
            <w:r>
              <w:t>Data curation</w:t>
            </w:r>
          </w:p>
        </w:tc>
        <w:tc>
          <w:tcPr>
            <w:tcW w:type="dxa" w:w="5102"/>
            <w:vAlign w:val="center"/>
          </w:tcPr>
          <w:p>
            <w:pPr>
              <w:pStyle w:val="TableText"/>
            </w:pPr>
            <w:r/>
            <w:r>
              <w:t>[Author initials]</w:t>
            </w:r>
          </w:p>
        </w:tc>
      </w:tr>
      <w:tr>
        <w:trPr>
          <w:cantSplit w:val="true"/>
        </w:trPr>
        <w:tc>
          <w:tcPr>
            <w:tcW w:type="dxa" w:w="3969"/>
            <w:vAlign w:val="center"/>
          </w:tcPr>
          <w:p>
            <w:pPr>
              <w:pStyle w:val="TableText"/>
            </w:pPr>
            <w:r/>
            <w:r>
              <w:t>Formal analysis</w:t>
            </w:r>
          </w:p>
        </w:tc>
        <w:tc>
          <w:tcPr>
            <w:tcW w:type="dxa" w:w="5102"/>
            <w:vAlign w:val="center"/>
          </w:tcPr>
          <w:p>
            <w:pPr>
              <w:pStyle w:val="TableText"/>
            </w:pPr>
            <w:r/>
            <w:r>
              <w:t>[Author initials]</w:t>
            </w:r>
          </w:p>
        </w:tc>
      </w:tr>
      <w:tr>
        <w:trPr>
          <w:cantSplit w:val="true"/>
        </w:trPr>
        <w:tc>
          <w:tcPr>
            <w:tcW w:type="dxa" w:w="3969"/>
            <w:vAlign w:val="center"/>
          </w:tcPr>
          <w:p>
            <w:pPr>
              <w:pStyle w:val="TableText"/>
            </w:pPr>
            <w:r/>
            <w:r>
              <w:t>Funding acquisition</w:t>
            </w:r>
          </w:p>
        </w:tc>
        <w:tc>
          <w:tcPr>
            <w:tcW w:type="dxa" w:w="5102"/>
            <w:vAlign w:val="center"/>
          </w:tcPr>
          <w:p>
            <w:pPr>
              <w:pStyle w:val="TableText"/>
            </w:pPr>
            <w:r/>
            <w:r>
              <w:t>[Author initials]</w:t>
            </w:r>
          </w:p>
        </w:tc>
      </w:tr>
      <w:tr>
        <w:trPr>
          <w:cantSplit w:val="true"/>
        </w:trPr>
        <w:tc>
          <w:tcPr>
            <w:tcW w:type="dxa" w:w="3969"/>
            <w:vAlign w:val="center"/>
          </w:tcPr>
          <w:p>
            <w:pPr>
              <w:pStyle w:val="TableText"/>
            </w:pPr>
            <w:r/>
            <w:r>
              <w:t>Investigation</w:t>
            </w:r>
          </w:p>
        </w:tc>
        <w:tc>
          <w:tcPr>
            <w:tcW w:type="dxa" w:w="5102"/>
            <w:vAlign w:val="center"/>
          </w:tcPr>
          <w:p>
            <w:pPr>
              <w:pStyle w:val="TableText"/>
            </w:pPr>
            <w:r/>
            <w:r>
              <w:t>[Author initials]</w:t>
            </w:r>
          </w:p>
        </w:tc>
      </w:tr>
      <w:tr>
        <w:trPr>
          <w:cantSplit w:val="true"/>
        </w:trPr>
        <w:tc>
          <w:tcPr>
            <w:tcW w:type="dxa" w:w="3969"/>
            <w:vAlign w:val="center"/>
          </w:tcPr>
          <w:p>
            <w:pPr>
              <w:pStyle w:val="TableText"/>
            </w:pPr>
            <w:r/>
            <w:r>
              <w:t>Methodology</w:t>
            </w:r>
          </w:p>
        </w:tc>
        <w:tc>
          <w:tcPr>
            <w:tcW w:type="dxa" w:w="5102"/>
            <w:vAlign w:val="center"/>
          </w:tcPr>
          <w:p>
            <w:pPr>
              <w:pStyle w:val="TableText"/>
            </w:pPr>
            <w:r/>
            <w:r>
              <w:t>[Author initials]</w:t>
            </w:r>
          </w:p>
        </w:tc>
      </w:tr>
      <w:tr>
        <w:trPr>
          <w:cantSplit w:val="true"/>
        </w:trPr>
        <w:tc>
          <w:tcPr>
            <w:tcW w:type="dxa" w:w="3969"/>
            <w:vAlign w:val="center"/>
          </w:tcPr>
          <w:p>
            <w:pPr>
              <w:pStyle w:val="TableText"/>
            </w:pPr>
            <w:r/>
            <w:r>
              <w:t>Project administration</w:t>
            </w:r>
          </w:p>
        </w:tc>
        <w:tc>
          <w:tcPr>
            <w:tcW w:type="dxa" w:w="5102"/>
            <w:vAlign w:val="center"/>
          </w:tcPr>
          <w:p>
            <w:pPr>
              <w:pStyle w:val="TableText"/>
            </w:pPr>
            <w:r/>
            <w:r>
              <w:t>[Author initials]</w:t>
            </w:r>
          </w:p>
        </w:tc>
      </w:tr>
      <w:tr>
        <w:trPr>
          <w:cantSplit w:val="true"/>
        </w:trPr>
        <w:tc>
          <w:tcPr>
            <w:tcW w:type="dxa" w:w="3969"/>
            <w:vAlign w:val="center"/>
          </w:tcPr>
          <w:p>
            <w:pPr>
              <w:pStyle w:val="TableText"/>
            </w:pPr>
            <w:r/>
            <w:r>
              <w:t>Resources</w:t>
            </w:r>
          </w:p>
        </w:tc>
        <w:tc>
          <w:tcPr>
            <w:tcW w:type="dxa" w:w="5102"/>
            <w:vAlign w:val="center"/>
          </w:tcPr>
          <w:p>
            <w:pPr>
              <w:pStyle w:val="TableText"/>
            </w:pPr>
            <w:r/>
            <w:r>
              <w:t>[Author initials]</w:t>
            </w:r>
          </w:p>
        </w:tc>
      </w:tr>
      <w:tr>
        <w:trPr>
          <w:cantSplit w:val="true"/>
        </w:trPr>
        <w:tc>
          <w:tcPr>
            <w:tcW w:type="dxa" w:w="3969"/>
            <w:vAlign w:val="center"/>
          </w:tcPr>
          <w:p>
            <w:pPr>
              <w:pStyle w:val="TableText"/>
            </w:pPr>
            <w:r/>
            <w:r>
              <w:t>Software</w:t>
            </w:r>
          </w:p>
        </w:tc>
        <w:tc>
          <w:tcPr>
            <w:tcW w:type="dxa" w:w="5102"/>
            <w:vAlign w:val="center"/>
          </w:tcPr>
          <w:p>
            <w:pPr>
              <w:pStyle w:val="TableText"/>
            </w:pPr>
            <w:r/>
            <w:r>
              <w:t>[Author initials]</w:t>
            </w:r>
          </w:p>
        </w:tc>
      </w:tr>
      <w:tr>
        <w:trPr>
          <w:cantSplit w:val="true"/>
        </w:trPr>
        <w:tc>
          <w:tcPr>
            <w:tcW w:type="dxa" w:w="3969"/>
            <w:vAlign w:val="center"/>
          </w:tcPr>
          <w:p>
            <w:pPr>
              <w:pStyle w:val="TableText"/>
            </w:pPr>
            <w:r/>
            <w:r>
              <w:t>Supervision</w:t>
            </w:r>
          </w:p>
        </w:tc>
        <w:tc>
          <w:tcPr>
            <w:tcW w:type="dxa" w:w="5102"/>
            <w:vAlign w:val="center"/>
          </w:tcPr>
          <w:p>
            <w:pPr>
              <w:pStyle w:val="TableText"/>
            </w:pPr>
            <w:r/>
            <w:r>
              <w:t>[Author initials]</w:t>
            </w:r>
          </w:p>
        </w:tc>
      </w:tr>
      <w:tr>
        <w:trPr>
          <w:cantSplit w:val="true"/>
        </w:trPr>
        <w:tc>
          <w:tcPr>
            <w:tcW w:type="dxa" w:w="3969"/>
            <w:vAlign w:val="center"/>
          </w:tcPr>
          <w:p>
            <w:pPr>
              <w:pStyle w:val="TableText"/>
            </w:pPr>
            <w:r/>
            <w:r>
              <w:t>Validation</w:t>
            </w:r>
          </w:p>
        </w:tc>
        <w:tc>
          <w:tcPr>
            <w:tcW w:type="dxa" w:w="5102"/>
            <w:vAlign w:val="center"/>
          </w:tcPr>
          <w:p>
            <w:pPr>
              <w:pStyle w:val="TableText"/>
            </w:pPr>
            <w:r/>
            <w:r>
              <w:t>[Author initials]</w:t>
            </w:r>
          </w:p>
        </w:tc>
      </w:tr>
      <w:tr>
        <w:trPr>
          <w:cantSplit w:val="true"/>
        </w:trPr>
        <w:tc>
          <w:tcPr>
            <w:tcW w:type="dxa" w:w="3969"/>
            <w:vAlign w:val="center"/>
          </w:tcPr>
          <w:p>
            <w:pPr>
              <w:pStyle w:val="TableText"/>
            </w:pPr>
            <w:r/>
            <w:r>
              <w:t>Visualization</w:t>
            </w:r>
          </w:p>
        </w:tc>
        <w:tc>
          <w:tcPr>
            <w:tcW w:type="dxa" w:w="5102"/>
            <w:vAlign w:val="center"/>
          </w:tcPr>
          <w:p>
            <w:pPr>
              <w:pStyle w:val="TableText"/>
            </w:pPr>
            <w:r/>
            <w:r>
              <w:t>[Author initials]</w:t>
            </w:r>
          </w:p>
        </w:tc>
      </w:tr>
      <w:tr>
        <w:trPr>
          <w:cantSplit w:val="true"/>
        </w:trPr>
        <w:tc>
          <w:tcPr>
            <w:tcW w:type="dxa" w:w="3969"/>
            <w:vAlign w:val="center"/>
          </w:tcPr>
          <w:p>
            <w:pPr>
              <w:pStyle w:val="TableText"/>
            </w:pPr>
            <w:r/>
            <w:r>
              <w:t>Writing – original draft</w:t>
            </w:r>
          </w:p>
        </w:tc>
        <w:tc>
          <w:tcPr>
            <w:tcW w:type="dxa" w:w="5102"/>
            <w:vAlign w:val="center"/>
          </w:tcPr>
          <w:p>
            <w:pPr>
              <w:pStyle w:val="TableText"/>
            </w:pPr>
            <w:r/>
            <w:r>
              <w:t>[Author initials]</w:t>
            </w:r>
          </w:p>
        </w:tc>
      </w:tr>
      <w:tr>
        <w:trPr>
          <w:cantSplit w:val="true"/>
        </w:trPr>
        <w:tc>
          <w:tcPr>
            <w:tcW w:type="dxa" w:w="3969"/>
            <w:vAlign w:val="center"/>
          </w:tcPr>
          <w:p>
            <w:pPr>
              <w:pStyle w:val="TableText"/>
            </w:pPr>
            <w:r/>
            <w:r>
              <w:t>Writing – review and editing</w:t>
            </w:r>
          </w:p>
        </w:tc>
        <w:tc>
          <w:tcPr>
            <w:tcW w:type="dxa" w:w="5102"/>
            <w:vAlign w:val="center"/>
          </w:tcPr>
          <w:p>
            <w:pPr>
              <w:pStyle w:val="TableText"/>
            </w:pPr>
            <w:r/>
            <w:r>
              <w:t>[Author initials]</w:t>
            </w:r>
          </w:p>
        </w:tc>
      </w:tr>
    </w:tbl>
    <w:p>
      <w:pPr>
        <w:pStyle w:val="Guidance"/>
      </w:pPr>
      <w:r>
        <w:t>Alternatively, you may delete the table above and write the contributions as a single paragraph, for example: “A.B.: conceptualization, methodology, writing – original draft; C.D.: investigation, data curation; E.F.: supervision, writing – review and editing.”</w:t>
      </w:r>
    </w:p>
    <w:p>
      <w:pPr>
        <w:pStyle w:val="Heading1"/>
      </w:pPr>
      <w:r>
        <w:t>Funding Statement</w:t>
      </w:r>
    </w:p>
    <w:p>
      <w:pPr>
        <w:pStyle w:val="Guidance"/>
      </w:pPr>
      <w:r>
        <w:t>Name the funder, the scheme, and the grant or contract number. If the activity received no external funding, state that explicitly.</w:t>
      </w:r>
    </w:p>
    <w:p>
      <w:pPr>
        <w:pStyle w:val="Placeholder"/>
      </w:pPr>
      <w:r>
        <w:t>[This community engagement activity was funded by … under grant number …. / This activity received no specific grant from any funding agency in the public, commercial, or not-for-profit sectors.]</w:t>
      </w:r>
    </w:p>
    <w:p>
      <w:pPr>
        <w:pStyle w:val="Heading1"/>
      </w:pPr>
      <w:r>
        <w:t>Conflict of Interest Statement</w:t>
      </w:r>
    </w:p>
    <w:p>
      <w:pPr>
        <w:pStyle w:val="Guidance"/>
      </w:pPr>
      <w:r>
        <w:t>Disclose any financial or non-financial interest that could be perceived to influence the activity or its reporting, including relationships with the partner organisation, suppliers, or sponsors.</w:t>
      </w:r>
    </w:p>
    <w:p>
      <w:pPr>
        <w:pStyle w:val="Placeholder"/>
      </w:pPr>
      <w:r>
        <w:t>[The authors declare that they have no competing interests. / Author A.B. serves as …]</w:t>
      </w:r>
    </w:p>
    <w:p>
      <w:pPr>
        <w:pStyle w:val="Heading1"/>
      </w:pPr>
      <w:r>
        <w:t>Acknowledgements</w:t>
      </w:r>
    </w:p>
    <w:p>
      <w:pPr>
        <w:pStyle w:val="Guidance"/>
      </w:pPr>
      <w:r>
        <w:t>Thank the partner community, host institution, field assistants, students, and anyone who contributed but does not meet authorship criteria. Obtain their permission before naming them. This section must NOT appear in the blinded manuscript; it will be reinserted after acceptance.</w:t>
      </w:r>
    </w:p>
    <w:p>
      <w:pPr>
        <w:pStyle w:val="Placeholder"/>
      </w:pPr>
      <w:r>
        <w:t>[The authors thank … for their cooperation and support during the implementation of this programme.]</w:t>
      </w:r>
    </w:p>
    <w:p>
      <w:pPr>
        <w:pStyle w:val="Heading1"/>
      </w:pPr>
      <w:r>
        <w:t>Ethical Approval and Community Consent</w:t>
      </w:r>
    </w:p>
    <w:p>
      <w:pPr>
        <w:pStyle w:val="Guidance"/>
      </w:pPr>
      <w:r>
        <w:t>Complete this section if the activity involved human participants, collected personal data, or required formal permission from a community, village government, or institution. State the name of the approving body and the approval number and date, where applicable. If no formal ethical approval was required, explain the basis for that assessment and describe how informed consent was obtained from participants.</w:t>
      </w:r>
    </w:p>
    <w:p>
      <w:pPr>
        <w:pStyle w:val="Placeholder"/>
      </w:pPr>
      <w:r>
        <w:t>[Ethical approval was granted by … (approval number …, dated …). Written informed consent was obtained from all participants prior to the activity. Permission to conduct the programme was granted by …]</w:t>
      </w:r>
    </w:p>
    <w:p>
      <w:pPr>
        <w:pStyle w:val="Heading1"/>
      </w:pPr>
      <w:r>
        <w:t>Consent for the Use of Photographs and Identifiable Information</w:t>
      </w:r>
    </w:p>
    <w:p>
      <w:pPr>
        <w:pStyle w:val="Guidance"/>
      </w:pPr>
      <w:r>
        <w:t>Required whenever the manuscript contains photographs, video stills, quotations, or any other material in which an individual or a specific household or business can be identified.</w:t>
      </w:r>
    </w:p>
    <w:p>
      <w:pPr>
        <w:pStyle w:val="Placeholder"/>
      </w:pPr>
      <w:r>
        <w:t>[Written consent for publication of photographs and identifiable information was obtained from all individuals appearing in the figures. / The manuscript contains no identifiable personal information.]</w:t>
      </w:r>
    </w:p>
    <w:p>
      <w:pPr>
        <w:pStyle w:val="Heading1"/>
      </w:pPr>
      <w:r>
        <w:t>Data Availability Statement</w:t>
      </w:r>
    </w:p>
    <w:p>
      <w:pPr>
        <w:pStyle w:val="Guidance"/>
      </w:pPr>
      <w:r>
        <w:t>State where the supporting material can be found: attendance records, pre-test and post-test instruments, training modules, monitoring sheets, or production data. Respect participant confidentiality.</w:t>
      </w:r>
    </w:p>
    <w:p>
      <w:pPr>
        <w:pStyle w:val="Placeholder"/>
      </w:pPr>
      <w:r>
        <w:t>[The anonymised datasets and instruments generated during this activity are available from the corresponding author upon reasonable request. / The training modules produced by this programme are openly available at …]</w:t>
      </w:r>
    </w:p>
    <w:p>
      <w:pPr>
        <w:pStyle w:val="SectionHeadingUnnumbered"/>
      </w:pPr>
      <w:r>
        <w:t>Author Declaration</w:t>
      </w:r>
    </w:p>
    <w:p>
      <w:pPr>
        <w:pStyle w:val="Guidance"/>
      </w:pPr>
      <w:r>
        <w:t>Tick each statement by replacing the empty box with a filled one, or delete this section if your submission system collects these declarations separately.</w:t>
      </w:r>
    </w:p>
    <w:p>
      <w:pPr>
        <w:spacing w:after="80"/>
        <w:ind w:left="283" w:hanging="283"/>
        <w:jc w:val="left"/>
      </w:pPr>
      <w:r>
        <w:t>☐  The manuscript is original, has not been published elsewhere, and is not under consideration by another journal.</w:t>
      </w:r>
    </w:p>
    <w:p>
      <w:pPr>
        <w:spacing w:after="80"/>
        <w:ind w:left="283" w:hanging="283"/>
        <w:jc w:val="left"/>
      </w:pPr>
      <w:r>
        <w:t>☐  All named authors have read and approved the final manuscript and agree to its submission to JIECoP.</w:t>
      </w:r>
    </w:p>
    <w:p>
      <w:pPr>
        <w:spacing w:after="80"/>
        <w:ind w:left="283" w:hanging="283"/>
        <w:jc w:val="left"/>
      </w:pPr>
      <w:r>
        <w:t>☐  The blinded manuscript has been uploaded as a separate file and contains no author names, affiliations, emails, ORCID iDs, acknowledgements, or identifying metadata.</w:t>
      </w:r>
    </w:p>
    <w:p>
      <w:pPr>
        <w:spacing w:after="80"/>
        <w:ind w:left="283" w:hanging="283"/>
        <w:jc w:val="left"/>
      </w:pPr>
      <w:r>
        <w:t>☐  All necessary permissions and consents have been obtained, and participant privacy has been protected.</w:t>
      </w:r>
    </w:p>
    <w:p>
      <w:pPr>
        <w:spacing w:after="80"/>
        <w:ind w:left="283" w:hanging="283"/>
        <w:jc w:val="left"/>
      </w:pPr>
      <w:r>
        <w:t>☐  The authors agree that, if accepted, the article will be published under a Creative Commons Attribution 4.0 International (CC BY 4.0) licence.</w:t>
      </w:r>
    </w:p>
    <w:p>
      <w:pPr>
        <w:spacing w:before="240" w:after="0"/>
        <w:jc w:val="left"/>
      </w:pPr>
      <w:r>
        <w:rPr>
          <w:sz w:val="20"/>
        </w:rPr>
        <w:t>Corresponding author signature: ______________________________          Date: __________________</w:t>
      </w:r>
    </w:p>
    <w:p>
      <w:pPr>
        <w:pStyle w:val="SourceNote"/>
        <w:spacing w:before="240"/>
        <w:pBdr>
          <w:top w:val="single" w:sz="6" w:space="4" w:color="9CC9C9"/>
        </w:pBdr>
      </w:pPr>
      <w:r>
        <w:rPr>
          <w:b/>
        </w:rPr>
        <w:t xml:space="preserve">Editorial contact and licence. </w:t>
      </w:r>
      <w:r>
        <w:t xml:space="preserve">Correspondence regarding submissions should be addressed to the editorial office at </w:t>
      </w:r>
      <w:hyperlink r:id="rId13">
        <w:r>
          <w:rPr>
            <w:color w:val="2F8F91"/>
            <w:u w:val="single"/>
          </w:rPr>
          <w:t xml:space="preserve">jiecop@unhas.ac.id</w:t>
        </w:r>
      </w:hyperlink>
      <w:r>
        <w:t>. JIECoP is published by the Faculty of Economics and Business, Hasanuddin University, Indonesia, operates a double-blind peer review process, and publishes manuscripts in English. Accepted articles are published under a Creative Commons Attribution 4.0 International Licence (</w:t>
      </w:r>
      <w:hyperlink r:id="rId14">
        <w:r>
          <w:rPr>
            <w:color w:val="2F8F91"/>
            <w:u w:val="single"/>
          </w:rPr>
          <w:t xml:space="preserve">CC BY 4.0</w:t>
        </w:r>
      </w:hyperlink>
      <w:r>
        <w:t>). Volume, issue, page range, article identifiers, and the dates of receipt, revision, and acceptance are assigned by the editor after acceptance; authors should not complete those fields.</w:t>
      </w:r>
    </w:p>
    <w:sectPr w:rsidR="00FC693F" w:rsidRPr="0006063C" w:rsidSect="00034616">
      <w:headerReference w:type="first" r:id="rId9"/>
      <w:headerReference w:type="default" r:id="rId10"/>
      <w:footerReference w:type="first" r:id="rId11"/>
      <w:footerReference w:type="default" r:id="rId12"/>
      <w:pgSz w:w="11906" w:h="16838" w:orient="portrait"/>
      <w:pgMar w:top="1417" w:right="1417" w:bottom="1417" w:left="1417" w:header="709" w:footer="709"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071" w:val="right"/>
      </w:tabs>
      <w:spacing w:before="0" w:after="0"/>
      <w:pBdr>
        <w:top w:val="single" w:sz="8" w:space="4" w:color="9CC9C9"/>
      </w:pBdr>
    </w:pPr>
    <w:r>
      <w:rPr>
        <w:rFonts w:ascii="Cambria" w:hAnsi="Cambria"/>
        <w:color w:val="595959"/>
        <w:sz w:val="17"/>
      </w:rPr>
      <w:t>JIECoP | Faculty of Economics and Business, Hasanuddin University, Indonesia</w:t>
      <w:tab/>
    </w:r>
    <w:r>
      <w:rPr>
        <w:rFonts w:ascii="Cambria" w:hAnsi="Cambria"/>
        <w:color w:val="595959"/>
        <w:sz w:val="17"/>
      </w:rPr>
      <w:t xml:space="preserve">Page </w:t>
    </w:r>
    <w:r>
      <w:fldChar w:fldCharType="begin"/>
    </w:r>
    <w:r>
      <w:instrText xml:space="preserve"> PAGE  \* MERGEFORMAT </w:instrText>
    </w:r>
    <w:r>
      <w:fldChar w:fldCharType="separate"/>
    </w:r>
    <w:r>
      <w:rPr>
        <w:rFonts w:ascii="Cambria" w:hAnsi="Cambria"/>
        <w:color w:val="595959"/>
        <w:sz w:val="17"/>
      </w:rPr>
      <w:t>1</w:t>
    </w:r>
    <w:r>
      <w:fldChar w:fldCharType="end"/>
    </w:r>
    <w:r>
      <w:rPr>
        <w:rFonts w:ascii="Cambria" w:hAnsi="Cambria"/>
        <w:color w:val="595959"/>
        <w:sz w:val="17"/>
      </w:rPr>
      <w:t xml:space="preserve"> of </w:t>
    </w:r>
    <w:r>
      <w:fldChar w:fldCharType="begin"/>
    </w:r>
    <w:r>
      <w:instrText xml:space="preserve"> NUMPAGES  \* MERGEFORMAT </w:instrText>
    </w:r>
    <w:r>
      <w:fldChar w:fldCharType="separate"/>
    </w:r>
    <w:r>
      <w:rPr>
        <w:rFonts w:ascii="Cambria" w:hAnsi="Cambria"/>
        <w:color w:val="595959"/>
        <w:sz w:val="17"/>
      </w:rPr>
      <w:t>1</w:t>
    </w:r>
    <w: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071" w:val="right"/>
      </w:tabs>
      <w:spacing w:before="0" w:after="0"/>
      <w:pBdr>
        <w:top w:val="single" w:sz="8" w:space="4" w:color="9CC9C9"/>
      </w:pBdr>
    </w:pPr>
    <w:r>
      <w:rPr>
        <w:rFonts w:ascii="Cambria" w:hAnsi="Cambria"/>
        <w:color w:val="595959"/>
        <w:sz w:val="17"/>
      </w:rPr>
      <w:t>JIECoP | Faculty of Economics and Business, Hasanuddin University, Indonesia</w:t>
      <w:tab/>
    </w:r>
    <w:r>
      <w:rPr>
        <w:rFonts w:ascii="Cambria" w:hAnsi="Cambria"/>
        <w:color w:val="595959"/>
        <w:sz w:val="17"/>
      </w:rPr>
      <w:t xml:space="preserve">Page </w:t>
    </w:r>
    <w:r>
      <w:fldChar w:fldCharType="begin"/>
    </w:r>
    <w:r>
      <w:instrText xml:space="preserve"> PAGE  \* MERGEFORMAT </w:instrText>
    </w:r>
    <w:r>
      <w:fldChar w:fldCharType="separate"/>
    </w:r>
    <w:r>
      <w:rPr>
        <w:rFonts w:ascii="Cambria" w:hAnsi="Cambria"/>
        <w:color w:val="595959"/>
        <w:sz w:val="17"/>
      </w:rPr>
      <w:t>1</w:t>
    </w:r>
    <w:r>
      <w:fldChar w:fldCharType="end"/>
    </w:r>
    <w:r>
      <w:rPr>
        <w:rFonts w:ascii="Cambria" w:hAnsi="Cambria"/>
        <w:color w:val="595959"/>
        <w:sz w:val="17"/>
      </w:rPr>
      <w:t xml:space="preserve"> of </w:t>
    </w:r>
    <w:r>
      <w:fldChar w:fldCharType="begin"/>
    </w:r>
    <w:r>
      <w:instrText xml:space="preserve"> NUMPAGES  \* MERGEFORMAT </w:instrText>
    </w:r>
    <w:r>
      <w:fldChar w:fldCharType="separate"/>
    </w:r>
    <w:r>
      <w:rPr>
        <w:rFonts w:ascii="Cambria" w:hAnsi="Cambria"/>
        <w:color w:val="595959"/>
        <w:sz w:val="17"/>
      </w:rPr>
      <w:t>1</w: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40"/>
      <w:jc w:val="left"/>
    </w:pPr>
    <w:r>
      <w:drawing>
        <wp:inline xmlns:a="http://schemas.openxmlformats.org/drawingml/2006/main" xmlns:pic="http://schemas.openxmlformats.org/drawingml/2006/picture">
          <wp:extent cx="2951999" cy="632571"/>
          <wp:docPr id="1" name="Picture 1" title="JIECoP logo" descr="Logo of the Journal of Integrated Economic and Community Partnerships, published by the Faculty of Economics and Business, Hasanuddin University."/>
          <wp:cNvGraphicFramePr>
            <a:graphicFrameLocks noChangeAspect="1"/>
          </wp:cNvGraphicFramePr>
          <a:graphic>
            <a:graphicData uri="http://schemas.openxmlformats.org/drawingml/2006/picture">
              <pic:pic>
                <pic:nvPicPr>
                  <pic:cNvPr id="0" name="jiecop_logo.png"/>
                  <pic:cNvPicPr/>
                </pic:nvPicPr>
                <pic:blipFill>
                  <a:blip r:embed="rId1"/>
                  <a:stretch>
                    <a:fillRect/>
                  </a:stretch>
                </pic:blipFill>
                <pic:spPr>
                  <a:xfrm>
                    <a:off x="0" y="0"/>
                    <a:ext cx="2951999" cy="632571"/>
                  </a:xfrm>
                  <a:prstGeom prst="rect"/>
                </pic:spPr>
              </pic:pic>
            </a:graphicData>
          </a:graphic>
        </wp:inline>
      </w:drawing>
    </w:r>
  </w:p>
  <w:p>
    <w:pPr>
      <w:spacing w:before="0" w:after="0"/>
      <w:pBdr>
        <w:bottom w:val="single" w:sz="8" w:space="4" w:color="9CC9C9"/>
      </w:pBdr>
    </w:pPr>
    <w:r>
      <w:rPr>
        <w:rFonts w:ascii="Cambria" w:hAnsi="Cambria"/>
        <w:i/>
        <w:color w:val="595959"/>
        <w:sz w:val="17"/>
      </w:rPr>
      <w:t>Title Page template — upload as a SEPARATE file. Do not merge this page into the blinded manuscript.</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Bdr>
        <w:bottom w:val="single" w:sz="8" w:space="4" w:color="9CC9C9"/>
      </w:pBdr>
    </w:pPr>
    <w:r>
      <w:rPr>
        <w:rFonts w:ascii="Cambria" w:hAnsi="Cambria"/>
        <w:i/>
        <w:color w:val="595959"/>
        <w:sz w:val="17"/>
      </w:rPr>
      <w:t>Journal of Integrated Economic and Community Partnerships (JIECoP)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multiLevelType w:val="multilevel"/>
    <w:name w:val="JIECoPSectionNumbering"/>
    <w:lvl w:ilvl="0">
      <w:start w:val="1"/>
      <w:numFmt w:val="decimal"/>
      <w:pStyle w:val="Heading1"/>
      <w:suff w:val="space"/>
      <w:lvlText w:val="%1."/>
      <w:lvlJc w:val="left"/>
      <w:pPr>
        <w:ind w:left="0" w:firstLine="0"/>
      </w:pPr>
    </w:lvl>
    <w:lvl w:ilvl="1">
      <w:start w:val="1"/>
      <w:numFmt w:val="decimal"/>
      <w:pStyle w:val="Heading2"/>
      <w:suff w:val="space"/>
      <w:lvlText w:val="%1.%2."/>
      <w:lvlJc w:val="left"/>
      <w:pPr>
        <w:ind w:left="0" w:firstLine="0"/>
      </w:pPr>
    </w:lvl>
    <w:lvl w:ilvl="2">
      <w:start w:val="1"/>
      <w:numFmt w:val="decimal"/>
      <w:suff w:val="space"/>
      <w:lvlText w:val="%1.%2.%3."/>
      <w:lvlJc w:val="left"/>
      <w:pPr>
        <w:ind w:left="0" w:firstLine="0"/>
      </w:pPr>
    </w:lvl>
  </w:abstractNum>
  <w:abstractNum w:abstractNumId="10">
    <w:multiLevelType w:val="hybridMultilevel"/>
    <w:name w:val="JIECoPGuidanceBullet"/>
    <w:lvl w:ilvl="0">
      <w:start w:val="1"/>
      <w:numFmt w:val="bullet"/>
      <w:lvlText w:val="•"/>
      <w:lvlJc w:val="left"/>
      <w:pPr>
        <w:ind w:left="454" w:hanging="227"/>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removePersonalInformation w:val="true"/>
  <w:removeDateAndTime w:val="true"/>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widowControl/>
      <w:spacing w:before="0" w:after="120" w:line="276" w:lineRule="auto"/>
      <w:jc w:val="both"/>
    </w:pPr>
    <w:rPr>
      <w:rFonts w:ascii="Cambria" w:hAnsi="Cambria" w:cs="Cambria" w:eastAsia="Cambria"/>
      <w:b w:val="0"/>
      <w:i w:val="0"/>
      <w:caps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numPr>
        <w:ilvl w:val="0"/>
        <w:numId w:val="10"/>
      </w:numPr>
      <w:spacing w:before="220" w:after="80" w:line="259" w:lineRule="auto"/>
      <w:jc w:val="left"/>
      <w:outlineLvl w:val="0"/>
    </w:pPr>
    <w:rPr>
      <w:rFonts w:ascii="Cambria" w:hAnsi="Cambria" w:cs="Cambria" w:eastAsia="Cambria"/>
      <w:b/>
      <w:bCs/>
      <w:i w:val="0"/>
      <w:caps w:val="0"/>
      <w:color w:val="2F8F91"/>
      <w:sz w:val="26"/>
      <w:szCs w:val="28"/>
    </w:rPr>
  </w:style>
  <w:style w:type="paragraph" w:styleId="Heading2">
    <w:name w:val="heading 2"/>
    <w:basedOn w:val="Normal"/>
    <w:next w:val="Normal"/>
    <w:link w:val="Heading2Char"/>
    <w:uiPriority w:val="9"/>
    <w:unhideWhenUsed/>
    <w:qFormat/>
    <w:rsid w:val="00FC693F"/>
    <w:pPr>
      <w:keepNext/>
      <w:keepLines/>
      <w:widowControl/>
      <w:numPr>
        <w:ilvl w:val="1"/>
        <w:numId w:val="10"/>
      </w:numPr>
      <w:spacing w:before="240" w:after="80" w:line="264" w:lineRule="auto"/>
      <w:jc w:val="left"/>
      <w:outlineLvl w:val="1"/>
    </w:pPr>
    <w:rPr>
      <w:rFonts w:ascii="Cambria" w:hAnsi="Cambria" w:cs="Cambria" w:eastAsia="Cambria"/>
      <w:b/>
      <w:bCs/>
      <w:i w:val="0"/>
      <w:caps w:val="0"/>
      <w:color w:val="000000"/>
      <w:sz w:val="23"/>
      <w:szCs w:val="26"/>
    </w:rPr>
  </w:style>
  <w:style w:type="paragraph" w:styleId="Heading3">
    <w:name w:val="heading 3"/>
    <w:basedOn w:val="Normal"/>
    <w:next w:val="Normal"/>
    <w:link w:val="Heading3Char"/>
    <w:uiPriority w:val="9"/>
    <w:unhideWhenUsed/>
    <w:qFormat/>
    <w:rsid w:val="00FC693F"/>
    <w:pPr>
      <w:keepNext/>
      <w:keepLines/>
      <w:widowControl/>
      <w:spacing w:before="200" w:after="80" w:line="264" w:lineRule="auto"/>
      <w:jc w:val="left"/>
      <w:outlineLvl w:val="2"/>
    </w:pPr>
    <w:rPr>
      <w:rFonts w:ascii="Cambria" w:hAnsi="Cambria" w:cs="Cambria" w:eastAsia="Cambria"/>
      <w:b/>
      <w:bCs/>
      <w:i/>
      <w:caps w:val="0"/>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80" w:line="252" w:lineRule="auto" w:before="0"/>
      <w:contextualSpacing/>
      <w:jc w:val="left"/>
    </w:pPr>
    <w:rPr>
      <w:rFonts w:ascii="Cambria" w:hAnsi="Cambria" w:cs="Cambria" w:eastAsia="Cambria"/>
      <w:b/>
      <w:i w:val="0"/>
      <w:caps w:val="0"/>
      <w:color w:val="2F8F91"/>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widowControl/>
      <w:numPr>
        <w:ilvl w:val="1"/>
      </w:numPr>
      <w:spacing w:before="0" w:after="240" w:line="276" w:lineRule="auto"/>
      <w:jc w:val="left"/>
    </w:pPr>
    <w:rPr>
      <w:rFonts w:ascii="Cambria" w:hAnsi="Cambria" w:cs="Cambria" w:eastAsia="Cambria"/>
      <w:b w:val="0"/>
      <w:i/>
      <w:iCs/>
      <w:caps w:val="0"/>
      <w:color w:val="595959"/>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keepNext/>
      <w:widowControl/>
      <w:spacing w:line="252" w:lineRule="auto" w:before="160" w:after="80"/>
      <w:jc w:val="left"/>
    </w:pPr>
    <w:rPr>
      <w:rFonts w:ascii="Cambria" w:hAnsi="Cambria" w:cs="Cambria" w:eastAsia="Cambria"/>
      <w:b w:val="0"/>
      <w:bCs/>
      <w:i w:val="0"/>
      <w:caps w:val="0"/>
      <w:color w:val="000000"/>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ferences">
    <w:name w:val="References"/>
    <w:basedOn w:val="Normal"/>
    <w:qFormat/>
    <w:pPr>
      <w:keepNext w:val="0"/>
      <w:widowControl/>
      <w:spacing w:before="0" w:after="120" w:line="264" w:lineRule="auto"/>
      <w:ind w:left="567" w:hanging="567"/>
      <w:jc w:val="left"/>
    </w:pPr>
    <w:rPr>
      <w:rFonts w:ascii="Cambria" w:hAnsi="Cambria" w:cs="Cambria" w:eastAsia="Cambria"/>
      <w:b w:val="0"/>
      <w:i w:val="0"/>
      <w:caps w:val="0"/>
      <w:color w:val="000000"/>
      <w:sz w:val="21"/>
    </w:rPr>
  </w:style>
  <w:style w:type="paragraph" w:customStyle="1" w:styleId="SectionHeadingUnnumbered">
    <w:name w:val="Section Heading Unnumbered"/>
    <w:basedOn w:val="Normal"/>
    <w:qFormat/>
    <w:pPr>
      <w:keepNext/>
      <w:widowControl/>
      <w:spacing w:before="220" w:after="80" w:line="259" w:lineRule="auto"/>
      <w:jc w:val="left"/>
      <w:outlineLvl w:val="0"/>
    </w:pPr>
    <w:rPr>
      <w:rFonts w:ascii="Cambria" w:hAnsi="Cambria" w:cs="Cambria" w:eastAsia="Cambria"/>
      <w:b/>
      <w:i w:val="0"/>
      <w:caps w:val="0"/>
      <w:color w:val="2F8F91"/>
      <w:sz w:val="26"/>
    </w:rPr>
  </w:style>
  <w:style w:type="paragraph" w:customStyle="1" w:styleId="Guidance">
    <w:name w:val="Guidance"/>
    <w:basedOn w:val="Normal"/>
    <w:qFormat/>
    <w:pPr>
      <w:keepNext/>
      <w:widowControl/>
      <w:spacing w:before="0" w:after="60" w:line="252" w:lineRule="auto"/>
      <w:jc w:val="left"/>
    </w:pPr>
    <w:rPr>
      <w:rFonts w:ascii="Cambria" w:hAnsi="Cambria" w:cs="Cambria" w:eastAsia="Cambria"/>
      <w:b w:val="0"/>
      <w:i/>
      <w:caps w:val="0"/>
      <w:color w:val="595959"/>
      <w:sz w:val="20"/>
    </w:rPr>
  </w:style>
  <w:style w:type="paragraph" w:customStyle="1" w:styleId="GuidanceBullet">
    <w:name w:val="Guidance Bullet"/>
    <w:basedOn w:val="Guidance"/>
    <w:qFormat/>
    <w:pPr>
      <w:keepNext w:val="0"/>
      <w:widowControl/>
      <w:spacing w:before="0" w:after="40" w:line="259" w:lineRule="auto"/>
      <w:jc w:val="left"/>
    </w:pPr>
  </w:style>
  <w:style w:type="paragraph" w:customStyle="1" w:styleId="Placeholder">
    <w:name w:val="Placeholder"/>
    <w:basedOn w:val="Normal"/>
    <w:qFormat/>
    <w:pPr>
      <w:keepNext w:val="0"/>
      <w:widowControl/>
      <w:spacing w:before="0" w:after="120" w:line="276" w:lineRule="auto"/>
      <w:jc w:val="both"/>
    </w:pPr>
    <w:rPr>
      <w:rFonts w:ascii="Cambria" w:hAnsi="Cambria" w:cs="Cambria" w:eastAsia="Cambria"/>
      <w:b w:val="0"/>
      <w:i w:val="0"/>
      <w:caps w:val="0"/>
      <w:color w:val="7F7F7F"/>
      <w:sz w:val="22"/>
    </w:rPr>
  </w:style>
  <w:style w:type="paragraph" w:customStyle="1" w:styleId="FieldLabel">
    <w:name w:val="Field Label"/>
    <w:basedOn w:val="Normal"/>
    <w:qFormat/>
    <w:pPr>
      <w:keepNext/>
      <w:widowControl/>
      <w:spacing w:before="160" w:after="20" w:line="252" w:lineRule="auto"/>
      <w:jc w:val="left"/>
    </w:pPr>
    <w:rPr>
      <w:rFonts w:ascii="Cambria" w:hAnsi="Cambria" w:cs="Cambria" w:eastAsia="Cambria"/>
      <w:b/>
      <w:i w:val="0"/>
      <w:caps w:val="0"/>
      <w:color w:val="2F8F91"/>
      <w:sz w:val="20"/>
    </w:rPr>
  </w:style>
  <w:style w:type="paragraph" w:customStyle="1" w:styleId="NoteBox">
    <w:name w:val="Note Box"/>
    <w:basedOn w:val="Normal"/>
    <w:qFormat/>
    <w:pPr>
      <w:keepNext w:val="0"/>
      <w:widowControl/>
      <w:spacing w:before="80" w:after="80" w:line="252" w:lineRule="auto"/>
      <w:ind w:left="142"/>
      <w:jc w:val="left"/>
    </w:pPr>
    <w:rPr>
      <w:rFonts w:ascii="Cambria" w:hAnsi="Cambria" w:cs="Cambria" w:eastAsia="Cambria"/>
      <w:b w:val="0"/>
      <w:i w:val="0"/>
      <w:caps w:val="0"/>
      <w:color w:val="203B3B"/>
      <w:sz w:val="20"/>
    </w:rPr>
  </w:style>
  <w:style w:type="paragraph" w:customStyle="1" w:styleId="TableText">
    <w:name w:val="Table Text"/>
    <w:basedOn w:val="Normal"/>
    <w:qFormat/>
    <w:pPr>
      <w:keepNext w:val="0"/>
      <w:widowControl/>
      <w:spacing w:before="60" w:after="60" w:line="240" w:lineRule="auto"/>
      <w:jc w:val="left"/>
    </w:pPr>
    <w:rPr>
      <w:rFonts w:ascii="Cambria" w:hAnsi="Cambria" w:cs="Cambria" w:eastAsia="Cambria"/>
      <w:b w:val="0"/>
      <w:i w:val="0"/>
      <w:caps w:val="0"/>
      <w:color w:val="000000"/>
      <w:sz w:val="20"/>
    </w:rPr>
  </w:style>
  <w:style w:type="paragraph" w:customStyle="1" w:styleId="TableHeading">
    <w:name w:val="Table Heading"/>
    <w:basedOn w:val="TableText"/>
    <w:qFormat/>
    <w:rPr>
      <w:rFonts w:ascii="Cambria" w:hAnsi="Cambria" w:cs="Cambria" w:eastAsia="Cambria"/>
      <w:b/>
      <w:i w:val="0"/>
      <w:caps w:val="0"/>
      <w:color w:val="000000"/>
      <w:sz w:val="20"/>
    </w:rPr>
  </w:style>
  <w:style w:type="paragraph" w:customStyle="1" w:styleId="SourceNote">
    <w:name w:val="Source Note"/>
    <w:basedOn w:val="Normal"/>
    <w:qFormat/>
    <w:pPr>
      <w:keepNext w:val="0"/>
      <w:widowControl/>
      <w:spacing w:before="40" w:after="40" w:line="252" w:lineRule="auto"/>
      <w:jc w:val="left"/>
    </w:pPr>
    <w:rPr>
      <w:rFonts w:ascii="Cambria" w:hAnsi="Cambria" w:cs="Cambria" w:eastAsia="Cambria"/>
      <w:b w:val="0"/>
      <w:i w:val="0"/>
      <w:caps w:val="0"/>
      <w:color w:val="595959"/>
      <w:sz w:val="18"/>
    </w:rPr>
  </w:style>
  <w:style w:type="paragraph" w:customStyle="1" w:styleId="EquationLine">
    <w:name w:val="Equation Line"/>
    <w:basedOn w:val="Normal"/>
    <w:qFormat/>
    <w:pPr>
      <w:keepNext w:val="0"/>
      <w:widowControl/>
      <w:spacing w:before="120" w:after="120" w:line="276" w:lineRule="auto"/>
      <w:jc w:val="left"/>
    </w:pPr>
    <w:rPr>
      <w:rFonts w:ascii="Cambria" w:hAnsi="Cambria" w:cs="Cambria" w:eastAsia="Cambria"/>
      <w:b w:val="0"/>
      <w:i w:val="0"/>
      <w:caps w:val="0"/>
      <w:color w:val="000000"/>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hyperlink" Target="mailto:jiecop@unhas.ac.id" TargetMode="External"/><Relationship Id="rId14" Type="http://schemas.openxmlformats.org/officeDocument/2006/relationships/hyperlink" Target="https://creativecommons.org/licenses/by/4.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Microsoft Office Word</Application>
  <Company>Faculty of Economics and Business, Hasanuddin University</Company>
  <Manager/>
  <DocSecurity>0</DocSecurity>
  <SharedDoc>false</SharedDoc>
  <HyperlinksChanged>false</HyperlinksChanged>
  <LinksUpToDate>false</LinksUpToDate>
  <ScaleCrop>false</ScaleCrop>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JIECoP Title Page Template</dc:title>
  <dc:subject>Title page template for community engagement articles submitted to JIECoP</dc:subject>
  <dc:creator>JIECoP Editorial Office</dc:creator>
  <cp:keywords/>
  <dc:description/>
  <cp:lastModifiedBy>JIECoP Editorial Office</cp:lastModifiedBy>
  <cp:revision>1</cp:revision>
  <cp:category/>
  <cp:contentStatus>Template</cp:contentStatus>
  <dcterms:created xsi:type="dcterms:W3CDTF">2026-01-01T00:00:00Z</dcterms:created>
  <dcterms:modified xsi:type="dcterms:W3CDTF">2026-01-01T00:00:00Z</dcterms:modified>
</cp:coreProperties>
</file>